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32"/>
        </w:rPr>
        <w:t>TITLE PAGE TEMPLATE</w:t>
      </w:r>
    </w:p>
    <w:p/>
    <w:p>
      <w:pPr>
        <w:jc w:val="center"/>
      </w:pPr>
      <w:r>
        <w:rPr>
          <w:b/>
          <w:sz w:val="28"/>
        </w:rPr>
        <w:t>[Article Title - Maximum 50 Characters]</w:t>
      </w:r>
    </w:p>
    <w:p>
      <w:pPr>
        <w:jc w:val="center"/>
      </w:pPr>
      <w:r>
        <w:rPr>
          <w:i/>
        </w:rPr>
        <w:t>[Subtitle if needed - Maximum 30 Characters]</w:t>
      </w:r>
    </w:p>
    <w:p/>
    <w:p>
      <w:pPr>
        <w:keepNext/>
      </w:pPr>
      <w:r>
        <w:rPr>
          <w:b/>
          <w:color w:val="1E3A5F"/>
        </w:rPr>
        <w:t>Authors:</w:t>
      </w:r>
    </w:p>
    <w:p>
      <w:r>
        <w:t>1. [First Author Name]¹</w:t>
      </w:r>
    </w:p>
    <w:p>
      <w:r>
        <w:t>2. [Second Author Name]²</w:t>
      </w:r>
    </w:p>
    <w:p>
      <w:r>
        <w:t>3. [Third Author Name]¹</w:t>
      </w:r>
    </w:p>
    <w:p/>
    <w:p>
      <w:pPr>
        <w:keepNext/>
      </w:pPr>
      <w:r>
        <w:rPr>
          <w:b/>
          <w:color w:val="1E3A5F"/>
        </w:rPr>
        <w:t>Affiliations:</w:t>
      </w:r>
    </w:p>
    <w:p>
      <w:r>
        <w:t>¹ [Institution Name], [Department], [City], [Country]</w:t>
      </w:r>
    </w:p>
    <w:p>
      <w:r>
        <w:t>² [Institution Name], [Department], [City], [Country]</w:t>
      </w:r>
    </w:p>
    <w:p/>
    <w:p>
      <w:pPr>
        <w:keepNext/>
      </w:pPr>
      <w:r>
        <w:rPr>
          <w:b/>
          <w:color w:val="1E3A5F"/>
        </w:rPr>
        <w:t>Corresponding Author:</w:t>
      </w:r>
    </w:p>
    <w:p>
      <w:r>
        <w:t>[Name]</w:t>
      </w:r>
    </w:p>
    <w:p>
      <w:r>
        <w:t>[Email Address]</w:t>
      </w:r>
    </w:p>
    <w:p>
      <w:r>
        <w:t>[Phone Number]</w:t>
      </w:r>
    </w:p>
    <w:p>
      <w:r>
        <w:t>[Institution Address]</w:t>
      </w:r>
    </w:p>
    <w:p/>
    <w:p>
      <w:r>
        <w:rPr>
          <w:b/>
          <w:color w:val="1E3A5F"/>
        </w:rPr>
        <w:t xml:space="preserve">Keywords: </w:t>
      </w:r>
      <w:r>
        <w:t>[Keyword 1], [Keyword 2], [Keyword 3], [Keyword 4], [Keyword 5]</w:t>
      </w:r>
    </w:p>
    <w:p/>
    <w:p>
      <w:r>
        <w:rPr>
          <w:b/>
          <w:color w:val="1E3A5F"/>
        </w:rPr>
        <w:t xml:space="preserve">Word Count: </w:t>
      </w:r>
      <w:r>
        <w:t>[Number] words</w:t>
      </w:r>
    </w:p>
    <w:p>
      <w:r>
        <w:rPr>
          <w:b/>
          <w:color w:val="1E3A5F"/>
        </w:rPr>
        <w:t xml:space="preserve">Number of Figures: </w:t>
      </w:r>
      <w:r>
        <w:t>[Number]</w:t>
      </w:r>
    </w:p>
    <w:p>
      <w:r>
        <w:rPr>
          <w:b/>
          <w:color w:val="1E3A5F"/>
        </w:rPr>
        <w:t xml:space="preserve">Number of Tables: </w:t>
      </w:r>
      <w:r>
        <w:t>[Number]</w:t>
      </w:r>
    </w:p>
    <w:p/>
    <w:p>
      <w:r>
        <w:rPr>
          <w:b/>
          <w:color w:val="1E3A5F"/>
        </w:rPr>
        <w:t xml:space="preserve">Running Head: </w:t>
      </w:r>
      <w:r>
        <w:t>[Short Title - Maximum 50 Characters]</w:t>
      </w:r>
    </w:p>
    <w:p/>
    <w:p>
      <w:pPr>
        <w:keepNext/>
      </w:pPr>
      <w:r>
        <w:rPr>
          <w:b/>
          <w:color w:val="1E3A5F"/>
        </w:rPr>
        <w:t>Conflict of Interest Statement:</w:t>
      </w:r>
    </w:p>
    <w:p>
      <w:r>
        <w:t>[State any conflicts of interest or declare "The authors declare no conflict of interest"]</w:t>
      </w:r>
    </w:p>
    <w:p/>
    <w:p>
      <w:pPr>
        <w:keepNext/>
      </w:pPr>
      <w:r>
        <w:rPr>
          <w:b/>
          <w:color w:val="1E3A5F"/>
        </w:rPr>
        <w:t>Funding Statement:</w:t>
      </w:r>
    </w:p>
    <w:p>
      <w:r>
        <w:t>[Describe funding sources or state "No funding was received for this study"]</w:t>
      </w:r>
    </w:p>
    <w:p/>
    <w:p>
      <w:pPr>
        <w:keepNext/>
      </w:pPr>
      <w:r>
        <w:rPr>
          <w:b/>
          <w:color w:val="1E3A5F"/>
        </w:rPr>
        <w:t>Author Contributions:</w:t>
      </w:r>
    </w:p>
    <w:p>
      <w:r>
        <w:t>[Describe each author's specific contributions to the work]</w:t>
      </w:r>
    </w:p>
    <w:p/>
    <w:p>
      <w:pPr>
        <w:keepNext/>
      </w:pPr>
      <w:r>
        <w:rPr>
          <w:b/>
          <w:color w:val="1E3A5F"/>
        </w:rPr>
        <w:t>Ethics Statement:</w:t>
      </w:r>
    </w:p>
    <w:p>
      <w:r>
        <w:t>[If applicable, describe ethical approval and consent procedures]</w:t>
      </w:r>
    </w:p>
    <w:p/>
    <w:p>
      <w:pPr>
        <w:keepNext/>
      </w:pPr>
      <w:r>
        <w:rPr>
          <w:b/>
          <w:color w:val="1E3A5F"/>
        </w:rPr>
        <w:t>Data Availability Statement:</w:t>
      </w:r>
    </w:p>
    <w:p>
      <w:r>
        <w:t>[Describe data availability or state "Data available upon reasonable request"]</w:t>
      </w:r>
    </w:p>
    <w:sectPr w:rsidR="00FC693F" w:rsidRPr="0006063C" w:rsidSect="00034616">
      <w:head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i/>
        <w:color w:val="1E3A5F"/>
        <w:sz w:val="20"/>
      </w:rPr>
      <w:t>Reports of Biochemistry &amp; Molecular Biology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 Template</dc:title>
  <dc:subject>Reports of Biochemistry &amp; Molecular Biology</dc:subject>
  <dc:creator>Reports of Biochemistry &amp; Molecular Biology</dc:creator>
  <cp:keywords/>
  <dc:description>Replace each [bracketed placeholder] with your manuscript's details.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